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E466FF" w14:textId="77777777" w:rsidR="004417EF" w:rsidRPr="00784306" w:rsidRDefault="00000000">
      <w:pPr>
        <w:rPr>
          <w:lang w:val="ru-RU"/>
        </w:rPr>
      </w:pPr>
      <w:r w:rsidRPr="00784306">
        <w:rPr>
          <w:rFonts w:ascii="Calibri" w:hAnsi="Calibri"/>
          <w:b/>
          <w:color w:val="5B5F68"/>
          <w:sz w:val="20"/>
          <w:lang w:val="ru-RU"/>
        </w:rPr>
        <w:t>ООО «РК-Консалт»</w:t>
      </w:r>
    </w:p>
    <w:p w14:paraId="0D500DD8" w14:textId="77777777" w:rsidR="004417EF" w:rsidRPr="00784306" w:rsidRDefault="00000000">
      <w:pPr>
        <w:spacing w:after="280"/>
        <w:rPr>
          <w:lang w:val="ru-RU"/>
        </w:rPr>
      </w:pPr>
      <w:r w:rsidRPr="00784306">
        <w:rPr>
          <w:rFonts w:ascii="Calibri" w:hAnsi="Calibri"/>
          <w:color w:val="5B5F68"/>
          <w:sz w:val="18"/>
          <w:lang w:val="ru-RU"/>
        </w:rPr>
        <w:t xml:space="preserve">Разрешительная документация для импорта и экспорта · </w:t>
      </w:r>
      <w:proofErr w:type="spellStart"/>
      <w:r>
        <w:rPr>
          <w:rFonts w:ascii="Calibri" w:hAnsi="Calibri"/>
          <w:color w:val="5B5F68"/>
          <w:sz w:val="18"/>
        </w:rPr>
        <w:t>rk</w:t>
      </w:r>
      <w:proofErr w:type="spellEnd"/>
      <w:r w:rsidRPr="00784306">
        <w:rPr>
          <w:rFonts w:ascii="Calibri" w:hAnsi="Calibri"/>
          <w:color w:val="5B5F68"/>
          <w:sz w:val="18"/>
          <w:lang w:val="ru-RU"/>
        </w:rPr>
        <w:t>-</w:t>
      </w:r>
      <w:proofErr w:type="spellStart"/>
      <w:r>
        <w:rPr>
          <w:rFonts w:ascii="Calibri" w:hAnsi="Calibri"/>
          <w:color w:val="5B5F68"/>
          <w:sz w:val="18"/>
        </w:rPr>
        <w:t>konsalt</w:t>
      </w:r>
      <w:proofErr w:type="spellEnd"/>
      <w:r w:rsidRPr="00784306">
        <w:rPr>
          <w:rFonts w:ascii="Calibri" w:hAnsi="Calibri"/>
          <w:color w:val="5B5F68"/>
          <w:sz w:val="18"/>
          <w:lang w:val="ru-RU"/>
        </w:rPr>
        <w:t>.</w:t>
      </w:r>
      <w:proofErr w:type="spellStart"/>
      <w:r>
        <w:rPr>
          <w:rFonts w:ascii="Calibri" w:hAnsi="Calibri"/>
          <w:color w:val="5B5F68"/>
          <w:sz w:val="18"/>
        </w:rPr>
        <w:t>ru</w:t>
      </w:r>
      <w:proofErr w:type="spellEnd"/>
    </w:p>
    <w:p w14:paraId="532FDCB4" w14:textId="77777777" w:rsidR="004417EF" w:rsidRPr="00784306" w:rsidRDefault="00000000">
      <w:pPr>
        <w:spacing w:after="80"/>
        <w:rPr>
          <w:lang w:val="ru-RU"/>
        </w:rPr>
      </w:pPr>
      <w:r w:rsidRPr="00784306">
        <w:rPr>
          <w:rFonts w:ascii="Calibri" w:hAnsi="Calibri"/>
          <w:b/>
          <w:color w:val="1B1D21"/>
          <w:sz w:val="40"/>
          <w:lang w:val="ru-RU"/>
        </w:rPr>
        <w:t>Заявка на добровольную сертификацию</w:t>
      </w:r>
    </w:p>
    <w:p w14:paraId="6E32B8EF" w14:textId="77777777" w:rsidR="004417EF" w:rsidRPr="00784306" w:rsidRDefault="00000000">
      <w:pPr>
        <w:spacing w:after="360"/>
        <w:rPr>
          <w:lang w:val="ru-RU"/>
        </w:rPr>
      </w:pPr>
      <w:r w:rsidRPr="00784306">
        <w:rPr>
          <w:rFonts w:ascii="Calibri" w:hAnsi="Calibri"/>
          <w:color w:val="5B5F68"/>
          <w:lang w:val="ru-RU"/>
        </w:rPr>
        <w:t>№ _____</w:t>
      </w:r>
      <w:proofErr w:type="gramStart"/>
      <w:r w:rsidRPr="00784306">
        <w:rPr>
          <w:rFonts w:ascii="Calibri" w:hAnsi="Calibri"/>
          <w:color w:val="5B5F68"/>
          <w:lang w:val="ru-RU"/>
        </w:rPr>
        <w:t>_  от</w:t>
      </w:r>
      <w:proofErr w:type="gramEnd"/>
      <w:r w:rsidRPr="00784306">
        <w:rPr>
          <w:rFonts w:ascii="Calibri" w:hAnsi="Calibri"/>
          <w:color w:val="5B5F68"/>
          <w:lang w:val="ru-RU"/>
        </w:rPr>
        <w:t xml:space="preserve"> «____» ____________ 20____ г.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4417EF" w14:paraId="77C58287" w14:textId="77777777">
        <w:tc>
          <w:tcPr>
            <w:tcW w:w="10200" w:type="dxa"/>
            <w:gridSpan w:val="2"/>
            <w:shd w:val="clear" w:color="auto" w:fill="1B1D21"/>
            <w:vAlign w:val="center"/>
          </w:tcPr>
          <w:p w14:paraId="2AED96F8" w14:textId="77777777" w:rsidR="004417EF" w:rsidRDefault="00000000"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4"/>
              </w:rPr>
              <w:t>ЗАЯВИТЕЛЬ</w:t>
            </w:r>
          </w:p>
        </w:tc>
      </w:tr>
      <w:tr w:rsidR="004417EF" w14:paraId="60F0BEB4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6F2D7E75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Название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организации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>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3F5953CD" w14:textId="77777777" w:rsidR="004417EF" w:rsidRDefault="004417EF">
            <w:pPr>
              <w:spacing w:before="60" w:after="60"/>
            </w:pPr>
          </w:p>
        </w:tc>
      </w:tr>
      <w:tr w:rsidR="004417EF" w14:paraId="360DE8C3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0ED0FA6D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Юридический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адрес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>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0223E4D1" w14:textId="77777777" w:rsidR="004417EF" w:rsidRDefault="004417EF">
            <w:pPr>
              <w:spacing w:before="60" w:after="60"/>
            </w:pPr>
          </w:p>
        </w:tc>
      </w:tr>
      <w:tr w:rsidR="004417EF" w14:paraId="61BEA479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4EA75B94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Телефон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>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05712C56" w14:textId="77777777" w:rsidR="004417EF" w:rsidRDefault="004417EF">
            <w:pPr>
              <w:spacing w:before="60" w:after="60"/>
            </w:pPr>
          </w:p>
        </w:tc>
      </w:tr>
      <w:tr w:rsidR="004417EF" w14:paraId="3CD41940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69B8AFDD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r>
              <w:rPr>
                <w:rFonts w:ascii="Calibri" w:hAnsi="Calibri"/>
                <w:b/>
                <w:color w:val="1B1D21"/>
                <w:sz w:val="21"/>
              </w:rPr>
              <w:t>ИНН: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6D3F9F6D" w14:textId="77777777" w:rsidR="004417EF" w:rsidRDefault="004417EF">
            <w:pPr>
              <w:spacing w:before="60" w:after="60"/>
            </w:pPr>
          </w:p>
        </w:tc>
      </w:tr>
      <w:tr w:rsidR="004417EF" w14:paraId="48B92AB6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2FD98172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1B1D21"/>
                <w:sz w:val="21"/>
              </w:rPr>
              <w:t>КПП: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4647BA0C" w14:textId="77777777" w:rsidR="004417EF" w:rsidRDefault="004417EF">
            <w:pPr>
              <w:spacing w:before="60" w:after="60"/>
            </w:pPr>
          </w:p>
        </w:tc>
      </w:tr>
      <w:tr w:rsidR="004417EF" w14:paraId="5A13C819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02A8657B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r>
              <w:rPr>
                <w:rFonts w:ascii="Calibri" w:hAnsi="Calibri"/>
                <w:b/>
                <w:color w:val="1B1D21"/>
                <w:sz w:val="21"/>
              </w:rPr>
              <w:t xml:space="preserve">ОГРН и </w:t>
            </w: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кем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выдан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>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1149DF9A" w14:textId="77777777" w:rsidR="004417EF" w:rsidRDefault="004417EF">
            <w:pPr>
              <w:spacing w:before="60" w:after="60"/>
            </w:pPr>
          </w:p>
        </w:tc>
      </w:tr>
      <w:tr w:rsidR="004417EF" w14:paraId="4DEBD5DB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43F05DEB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r>
              <w:rPr>
                <w:rFonts w:ascii="Calibri" w:hAnsi="Calibri"/>
                <w:b/>
                <w:color w:val="1B1D21"/>
                <w:sz w:val="21"/>
              </w:rPr>
              <w:t>ОКПО: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774FDD5B" w14:textId="77777777" w:rsidR="004417EF" w:rsidRDefault="004417EF">
            <w:pPr>
              <w:spacing w:before="60" w:after="60"/>
            </w:pPr>
          </w:p>
        </w:tc>
      </w:tr>
      <w:tr w:rsidR="004417EF" w14:paraId="3174846F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6B781EAE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Руководитель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 xml:space="preserve"> (</w:t>
            </w: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должность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>, ФИО):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7A3DD72B" w14:textId="77777777" w:rsidR="004417EF" w:rsidRDefault="004417EF">
            <w:pPr>
              <w:spacing w:before="60" w:after="60"/>
            </w:pPr>
          </w:p>
        </w:tc>
      </w:tr>
      <w:tr w:rsidR="004417EF" w14:paraId="4E4526E7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5E095AE2" w14:textId="77777777" w:rsidR="004417EF" w:rsidRDefault="00000000">
            <w:pPr>
              <w:spacing w:before="60" w:after="60"/>
            </w:pP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Дополнительно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>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27F071A9" w14:textId="77777777" w:rsidR="004417EF" w:rsidRDefault="004417EF">
            <w:pPr>
              <w:spacing w:before="60" w:after="60"/>
            </w:pPr>
          </w:p>
        </w:tc>
      </w:tr>
    </w:tbl>
    <w:p w14:paraId="4DF242D6" w14:textId="77777777" w:rsidR="004417EF" w:rsidRDefault="004417EF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4417EF" w14:paraId="6F916A75" w14:textId="77777777">
        <w:tc>
          <w:tcPr>
            <w:tcW w:w="10200" w:type="dxa"/>
            <w:gridSpan w:val="2"/>
            <w:shd w:val="clear" w:color="auto" w:fill="26418F"/>
            <w:vAlign w:val="center"/>
          </w:tcPr>
          <w:p w14:paraId="61FADA31" w14:textId="77777777" w:rsidR="004417EF" w:rsidRDefault="00000000"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4"/>
              </w:rPr>
              <w:t>ПРОДУКЦИЯ</w:t>
            </w:r>
          </w:p>
        </w:tc>
      </w:tr>
      <w:tr w:rsidR="004417EF" w14:paraId="162BB021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38ADF07B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Наименование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>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03EF80C5" w14:textId="77777777" w:rsidR="004417EF" w:rsidRDefault="004417EF">
            <w:pPr>
              <w:spacing w:before="60" w:after="60"/>
            </w:pPr>
          </w:p>
        </w:tc>
      </w:tr>
      <w:tr w:rsidR="004417EF" w14:paraId="6D3028AF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25109C0F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r>
              <w:rPr>
                <w:rFonts w:ascii="Calibri" w:hAnsi="Calibri"/>
                <w:b/>
                <w:color w:val="1B1D21"/>
                <w:sz w:val="21"/>
              </w:rPr>
              <w:t>Модель, артикул: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093FBC86" w14:textId="77777777" w:rsidR="004417EF" w:rsidRDefault="004417EF">
            <w:pPr>
              <w:spacing w:before="60" w:after="60"/>
            </w:pPr>
          </w:p>
        </w:tc>
      </w:tr>
      <w:tr w:rsidR="004417EF" w14:paraId="0C82B805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6B95B0C4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r>
              <w:rPr>
                <w:rFonts w:ascii="Calibri" w:hAnsi="Calibri"/>
                <w:b/>
                <w:color w:val="1B1D21"/>
                <w:sz w:val="21"/>
              </w:rPr>
              <w:t>Торговая марка: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68AB3E52" w14:textId="77777777" w:rsidR="004417EF" w:rsidRDefault="004417EF">
            <w:pPr>
              <w:spacing w:before="60" w:after="60"/>
            </w:pPr>
          </w:p>
        </w:tc>
      </w:tr>
      <w:tr w:rsidR="004417EF" w14:paraId="7E2F7AAC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0DDA3E55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1B1D21"/>
                <w:sz w:val="21"/>
              </w:rPr>
              <w:t>ОКПД2: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0896044C" w14:textId="77777777" w:rsidR="004417EF" w:rsidRDefault="004417EF">
            <w:pPr>
              <w:spacing w:before="60" w:after="60"/>
            </w:pPr>
          </w:p>
        </w:tc>
      </w:tr>
      <w:tr w:rsidR="004417EF" w14:paraId="4AA06692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7E8218FC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r>
              <w:rPr>
                <w:rFonts w:ascii="Calibri" w:hAnsi="Calibri"/>
                <w:b/>
                <w:color w:val="1B1D21"/>
                <w:sz w:val="21"/>
              </w:rPr>
              <w:t>ТН ВЭД: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6005692A" w14:textId="77777777" w:rsidR="004417EF" w:rsidRDefault="004417EF">
            <w:pPr>
              <w:spacing w:before="60" w:after="60"/>
            </w:pPr>
          </w:p>
        </w:tc>
      </w:tr>
      <w:tr w:rsidR="004417EF" w14:paraId="29144324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068BC19D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r>
              <w:rPr>
                <w:rFonts w:ascii="Calibri" w:hAnsi="Calibri"/>
                <w:b/>
                <w:color w:val="1B1D21"/>
                <w:sz w:val="21"/>
              </w:rPr>
              <w:t>Контракт, инвойс: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3A8F5DF5" w14:textId="77777777" w:rsidR="004417EF" w:rsidRDefault="004417EF">
            <w:pPr>
              <w:spacing w:before="60" w:after="60"/>
            </w:pPr>
          </w:p>
        </w:tc>
      </w:tr>
      <w:tr w:rsidR="004417EF" w:rsidRPr="00784306" w14:paraId="4F78CF61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09608C54" w14:textId="77777777" w:rsidR="004417EF" w:rsidRPr="00784306" w:rsidRDefault="00000000">
            <w:pPr>
              <w:spacing w:before="60" w:after="60"/>
              <w:rPr>
                <w:lang w:val="ru-RU"/>
              </w:rPr>
            </w:pPr>
            <w:r w:rsidRPr="00784306">
              <w:rPr>
                <w:rFonts w:ascii="Calibri" w:hAnsi="Calibri"/>
                <w:b/>
                <w:color w:val="C0392B"/>
                <w:sz w:val="21"/>
                <w:lang w:val="ru-RU"/>
              </w:rPr>
              <w:t xml:space="preserve">* </w:t>
            </w:r>
            <w:r w:rsidRPr="00784306">
              <w:rPr>
                <w:rFonts w:ascii="Calibri" w:hAnsi="Calibri"/>
                <w:b/>
                <w:color w:val="1B1D21"/>
                <w:sz w:val="21"/>
                <w:lang w:val="ru-RU"/>
              </w:rPr>
              <w:t>Количество (серийный выпуск, шт., м.):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57F43A98" w14:textId="77777777" w:rsidR="004417EF" w:rsidRPr="00784306" w:rsidRDefault="004417EF">
            <w:pPr>
              <w:spacing w:before="60" w:after="60"/>
              <w:rPr>
                <w:lang w:val="ru-RU"/>
              </w:rPr>
            </w:pPr>
          </w:p>
        </w:tc>
      </w:tr>
      <w:tr w:rsidR="004417EF" w:rsidRPr="00784306" w14:paraId="5777DF8A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68B8A73C" w14:textId="6A6F8D1B" w:rsidR="004417EF" w:rsidRPr="00784306" w:rsidRDefault="00784306">
            <w:pPr>
              <w:spacing w:before="60" w:after="60"/>
              <w:rPr>
                <w:lang w:val="ru-RU"/>
              </w:rPr>
            </w:pPr>
            <w:r w:rsidRPr="00784306">
              <w:rPr>
                <w:rFonts w:ascii="Calibri" w:hAnsi="Calibri"/>
                <w:b/>
                <w:color w:val="C0392B"/>
                <w:sz w:val="21"/>
                <w:lang w:val="ru-RU"/>
              </w:rPr>
              <w:t xml:space="preserve">* </w:t>
            </w:r>
            <w:r w:rsidR="00000000" w:rsidRPr="00784306">
              <w:rPr>
                <w:rFonts w:ascii="Calibri" w:hAnsi="Calibri"/>
                <w:b/>
                <w:color w:val="1B1D21"/>
                <w:sz w:val="21"/>
                <w:lang w:val="ru-RU"/>
              </w:rPr>
              <w:t>ГОСТ/ТУ и пункты требований, по которым необходимо провести испытания: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0EF49153" w14:textId="77777777" w:rsidR="004417EF" w:rsidRPr="00784306" w:rsidRDefault="004417EF">
            <w:pPr>
              <w:spacing w:before="60" w:after="60"/>
              <w:rPr>
                <w:lang w:val="ru-RU"/>
              </w:rPr>
            </w:pPr>
          </w:p>
        </w:tc>
      </w:tr>
    </w:tbl>
    <w:p w14:paraId="2CC7886D" w14:textId="77777777" w:rsidR="004417EF" w:rsidRPr="00784306" w:rsidRDefault="004417EF">
      <w:pPr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4417EF" w14:paraId="37876F19" w14:textId="77777777">
        <w:tc>
          <w:tcPr>
            <w:tcW w:w="10200" w:type="dxa"/>
            <w:gridSpan w:val="2"/>
            <w:shd w:val="clear" w:color="auto" w:fill="5B5F68"/>
            <w:vAlign w:val="center"/>
          </w:tcPr>
          <w:p w14:paraId="7DC98886" w14:textId="77777777" w:rsidR="004417EF" w:rsidRDefault="00000000"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4"/>
              </w:rPr>
              <w:t>ИЗГОТОВИТЕЛЬ</w:t>
            </w:r>
          </w:p>
        </w:tc>
      </w:tr>
      <w:tr w:rsidR="004417EF" w14:paraId="5B160098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61BDD3A4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lastRenderedPageBreak/>
              <w:t xml:space="preserve">* </w:t>
            </w:r>
            <w:r>
              <w:rPr>
                <w:rFonts w:ascii="Calibri" w:hAnsi="Calibri"/>
                <w:b/>
                <w:color w:val="1B1D21"/>
                <w:sz w:val="21"/>
              </w:rPr>
              <w:t>Название организации: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4A6D384F" w14:textId="77777777" w:rsidR="004417EF" w:rsidRDefault="004417EF">
            <w:pPr>
              <w:spacing w:before="60" w:after="60"/>
            </w:pPr>
          </w:p>
        </w:tc>
      </w:tr>
      <w:tr w:rsidR="004417EF" w14:paraId="786C00E0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7621B583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r>
              <w:rPr>
                <w:rFonts w:ascii="Calibri" w:hAnsi="Calibri"/>
                <w:b/>
                <w:color w:val="1B1D21"/>
                <w:sz w:val="21"/>
              </w:rPr>
              <w:t>Адрес: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063D4AD2" w14:textId="77777777" w:rsidR="004417EF" w:rsidRDefault="004417EF">
            <w:pPr>
              <w:spacing w:before="60" w:after="60"/>
            </w:pPr>
          </w:p>
        </w:tc>
      </w:tr>
      <w:tr w:rsidR="004417EF" w14:paraId="6C567D4B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626A801E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C0392B"/>
                <w:sz w:val="21"/>
              </w:rPr>
              <w:t xml:space="preserve">* </w:t>
            </w:r>
            <w:r>
              <w:rPr>
                <w:rFonts w:ascii="Calibri" w:hAnsi="Calibri"/>
                <w:b/>
                <w:color w:val="1B1D21"/>
                <w:sz w:val="21"/>
              </w:rPr>
              <w:t>Страна: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2AC1EAB9" w14:textId="77777777" w:rsidR="004417EF" w:rsidRDefault="004417EF">
            <w:pPr>
              <w:spacing w:before="60" w:after="60"/>
            </w:pPr>
          </w:p>
        </w:tc>
      </w:tr>
      <w:tr w:rsidR="004417EF" w14:paraId="6BB7146D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4D118807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1B1D21"/>
                <w:sz w:val="21"/>
              </w:rPr>
              <w:t>Телефон: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349C5008" w14:textId="77777777" w:rsidR="004417EF" w:rsidRDefault="004417EF">
            <w:pPr>
              <w:spacing w:before="60" w:after="60"/>
            </w:pPr>
          </w:p>
        </w:tc>
      </w:tr>
      <w:tr w:rsidR="004417EF" w:rsidRPr="00784306" w14:paraId="368F1CB2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69978B69" w14:textId="77777777" w:rsidR="004417EF" w:rsidRPr="00784306" w:rsidRDefault="00000000">
            <w:pPr>
              <w:spacing w:before="60" w:after="60"/>
              <w:rPr>
                <w:lang w:val="ru-RU"/>
              </w:rPr>
            </w:pPr>
            <w:r w:rsidRPr="00784306">
              <w:rPr>
                <w:rFonts w:ascii="Calibri" w:hAnsi="Calibri"/>
                <w:b/>
                <w:color w:val="1B1D21"/>
                <w:sz w:val="21"/>
                <w:lang w:val="ru-RU"/>
              </w:rPr>
              <w:t>ИНН/ОГРН (для российского изготовителя):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75CC380C" w14:textId="77777777" w:rsidR="004417EF" w:rsidRPr="00784306" w:rsidRDefault="004417EF">
            <w:pPr>
              <w:spacing w:before="60" w:after="60"/>
              <w:rPr>
                <w:lang w:val="ru-RU"/>
              </w:rPr>
            </w:pPr>
          </w:p>
        </w:tc>
      </w:tr>
      <w:tr w:rsidR="004417EF" w14:paraId="207960E8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2B4CA7B7" w14:textId="77777777" w:rsidR="004417EF" w:rsidRDefault="00000000">
            <w:pPr>
              <w:spacing w:before="60" w:after="60"/>
            </w:pP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Филиалы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1B1D21"/>
                <w:sz w:val="21"/>
              </w:rPr>
              <w:t>завода</w:t>
            </w:r>
            <w:proofErr w:type="spellEnd"/>
            <w:r>
              <w:rPr>
                <w:rFonts w:ascii="Calibri" w:hAnsi="Calibri"/>
                <w:b/>
                <w:color w:val="1B1D21"/>
                <w:sz w:val="21"/>
              </w:rPr>
              <w:t>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36CAE329" w14:textId="77777777" w:rsidR="004417EF" w:rsidRDefault="004417EF">
            <w:pPr>
              <w:spacing w:before="60" w:after="60"/>
            </w:pPr>
          </w:p>
        </w:tc>
      </w:tr>
      <w:tr w:rsidR="004417EF" w14:paraId="219C4FFB" w14:textId="77777777">
        <w:trPr>
          <w:trHeight w:val="510"/>
        </w:trPr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2F4F8"/>
            <w:vAlign w:val="center"/>
          </w:tcPr>
          <w:p w14:paraId="6B8762EB" w14:textId="77777777" w:rsidR="004417EF" w:rsidRDefault="00000000">
            <w:pPr>
              <w:spacing w:before="60" w:after="60"/>
            </w:pPr>
            <w:r>
              <w:rPr>
                <w:rFonts w:ascii="Calibri" w:hAnsi="Calibri"/>
                <w:b/>
                <w:color w:val="1B1D21"/>
                <w:sz w:val="21"/>
              </w:rPr>
              <w:t>Дополнительно:</w:t>
            </w:r>
          </w:p>
        </w:tc>
        <w:tc>
          <w:tcPr>
            <w:tcW w:w="5100" w:type="dxa"/>
            <w:tcBorders>
              <w:top w:val="single" w:sz="4" w:space="0" w:color="DFE2E8"/>
              <w:left w:val="single" w:sz="4" w:space="0" w:color="DFE2E8"/>
              <w:bottom w:val="single" w:sz="4" w:space="0" w:color="DFE2E8"/>
              <w:right w:val="single" w:sz="4" w:space="0" w:color="DFE2E8"/>
            </w:tcBorders>
            <w:shd w:val="clear" w:color="auto" w:fill="FFFFFF"/>
            <w:vAlign w:val="center"/>
          </w:tcPr>
          <w:p w14:paraId="43EACBE1" w14:textId="77777777" w:rsidR="004417EF" w:rsidRDefault="004417EF">
            <w:pPr>
              <w:spacing w:before="60" w:after="60"/>
            </w:pPr>
          </w:p>
        </w:tc>
      </w:tr>
    </w:tbl>
    <w:p w14:paraId="04B5107A" w14:textId="77777777" w:rsidR="004417EF" w:rsidRDefault="004417EF">
      <w:pPr>
        <w:spacing w:after="280"/>
      </w:pPr>
    </w:p>
    <w:p w14:paraId="3145C5F4" w14:textId="77777777" w:rsidR="004417EF" w:rsidRDefault="00000000">
      <w:pPr>
        <w:spacing w:before="200"/>
      </w:pPr>
      <w:r>
        <w:rPr>
          <w:rFonts w:ascii="Calibri" w:hAnsi="Calibri"/>
          <w:i/>
          <w:color w:val="5B5F68"/>
          <w:sz w:val="18"/>
        </w:rPr>
        <w:t>* — поля, обязательные для заполнения</w:t>
      </w:r>
    </w:p>
    <w:p w14:paraId="5CC7ECDE" w14:textId="73741BA4" w:rsidR="004417EF" w:rsidRPr="00784306" w:rsidRDefault="00000000">
      <w:pPr>
        <w:spacing w:before="320"/>
      </w:pPr>
      <w:r w:rsidRPr="00784306">
        <w:rPr>
          <w:rFonts w:ascii="Calibri" w:hAnsi="Calibri"/>
          <w:color w:val="5B5F68"/>
          <w:sz w:val="20"/>
          <w:lang w:val="ru-RU"/>
        </w:rPr>
        <w:t xml:space="preserve">Заполненную заявку направьте на </w:t>
      </w:r>
      <w:r>
        <w:rPr>
          <w:rFonts w:ascii="Calibri" w:hAnsi="Calibri"/>
          <w:color w:val="5B5F68"/>
          <w:sz w:val="20"/>
        </w:rPr>
        <w:t>info</w:t>
      </w:r>
      <w:r w:rsidRPr="00784306">
        <w:rPr>
          <w:rFonts w:ascii="Calibri" w:hAnsi="Calibri"/>
          <w:color w:val="5B5F68"/>
          <w:sz w:val="20"/>
          <w:lang w:val="ru-RU"/>
        </w:rPr>
        <w:t>@</w:t>
      </w:r>
      <w:proofErr w:type="spellStart"/>
      <w:r>
        <w:rPr>
          <w:rFonts w:ascii="Calibri" w:hAnsi="Calibri"/>
          <w:color w:val="5B5F68"/>
          <w:sz w:val="20"/>
        </w:rPr>
        <w:t>rk</w:t>
      </w:r>
      <w:proofErr w:type="spellEnd"/>
      <w:r w:rsidRPr="00784306">
        <w:rPr>
          <w:rFonts w:ascii="Calibri" w:hAnsi="Calibri"/>
          <w:color w:val="5B5F68"/>
          <w:sz w:val="20"/>
          <w:lang w:val="ru-RU"/>
        </w:rPr>
        <w:t>-</w:t>
      </w:r>
      <w:proofErr w:type="spellStart"/>
      <w:r>
        <w:rPr>
          <w:rFonts w:ascii="Calibri" w:hAnsi="Calibri"/>
          <w:color w:val="5B5F68"/>
          <w:sz w:val="20"/>
        </w:rPr>
        <w:t>konsalt</w:t>
      </w:r>
      <w:proofErr w:type="spellEnd"/>
      <w:r w:rsidRPr="00784306">
        <w:rPr>
          <w:rFonts w:ascii="Calibri" w:hAnsi="Calibri"/>
          <w:color w:val="5B5F68"/>
          <w:sz w:val="20"/>
          <w:lang w:val="ru-RU"/>
        </w:rPr>
        <w:t>.</w:t>
      </w:r>
      <w:proofErr w:type="spellStart"/>
      <w:r>
        <w:rPr>
          <w:rFonts w:ascii="Calibri" w:hAnsi="Calibri"/>
          <w:color w:val="5B5F68"/>
          <w:sz w:val="20"/>
        </w:rPr>
        <w:t>ru</w:t>
      </w:r>
      <w:proofErr w:type="spellEnd"/>
    </w:p>
    <w:sectPr w:rsidR="004417EF" w:rsidRPr="00784306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9760754">
    <w:abstractNumId w:val="8"/>
  </w:num>
  <w:num w:numId="2" w16cid:durableId="859244735">
    <w:abstractNumId w:val="6"/>
  </w:num>
  <w:num w:numId="3" w16cid:durableId="1219825646">
    <w:abstractNumId w:val="5"/>
  </w:num>
  <w:num w:numId="4" w16cid:durableId="1944341394">
    <w:abstractNumId w:val="4"/>
  </w:num>
  <w:num w:numId="5" w16cid:durableId="1647395417">
    <w:abstractNumId w:val="7"/>
  </w:num>
  <w:num w:numId="6" w16cid:durableId="350305003">
    <w:abstractNumId w:val="3"/>
  </w:num>
  <w:num w:numId="7" w16cid:durableId="2017880858">
    <w:abstractNumId w:val="2"/>
  </w:num>
  <w:num w:numId="8" w16cid:durableId="1488551728">
    <w:abstractNumId w:val="1"/>
  </w:num>
  <w:num w:numId="9" w16cid:durableId="10122249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17EF"/>
    <w:rsid w:val="00784306"/>
    <w:rsid w:val="00AA1D8D"/>
    <w:rsid w:val="00AD0C5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FC99F"/>
  <w14:defaultImageDpi w14:val="300"/>
  <w15:docId w15:val="{E98891F3-05B0-D244-B166-4EDA2D7F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t37642</cp:lastModifiedBy>
  <cp:revision>2</cp:revision>
  <dcterms:created xsi:type="dcterms:W3CDTF">2013-12-23T23:15:00Z</dcterms:created>
  <dcterms:modified xsi:type="dcterms:W3CDTF">2026-09-08T16:19:00Z</dcterms:modified>
  <cp:category/>
</cp:coreProperties>
</file>